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143000" cy="8132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sson_plan_logo_cro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132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Times New Roman" w:hAnsi="Times New Roman"/>
          <w:b/>
          <w:sz w:val="28"/>
          <w:u w:val="single"/>
        </w:rPr>
        <w:t>SKILLS LESSON PLAN</w:t>
      </w:r>
    </w:p>
    <w:p>
      <w:pPr>
        <w:spacing w:before="0" w:after="100"/>
      </w:pPr>
      <w:r>
        <w:rPr>
          <w:b/>
          <w:sz w:val="24"/>
          <w:u w:val="single"/>
        </w:rPr>
        <w:t>SUBJECT: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4" w:space="0" w:color="000000"/>
          <w:left w:val="single" w:sz="14" w:space="0" w:color="000000"/>
          <w:bottom w:val="single" w:sz="14" w:space="0" w:color="000000"/>
          <w:right w:val="single" w:sz="14" w:space="0" w:color="000000"/>
          <w:insideH w:val="single" w:sz="14" w:space="0" w:color="000000"/>
          <w:insideV w:val="single" w:sz="14" w:space="0" w:color="000000"/>
        </w:tblBorders>
      </w:tblPr>
      <w:tblGrid>
        <w:gridCol w:w="5832"/>
        <w:gridCol w:w="5832"/>
      </w:tblGrid>
      <w:tr>
        <w:trPr>
          <w:trHeight w:val="420" w:hRule="atLeast"/>
        </w:trPr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  <w:t>Grade: __________        Year: __________</w:t>
            </w:r>
          </w:p>
        </w:tc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  <w:t>Term: __________</w:t>
            </w:r>
          </w:p>
        </w:tc>
      </w:tr>
      <w:tr>
        <w:trPr>
          <w:trHeight w:val="420" w:hRule="atLeast"/>
        </w:trPr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  <w:t>Week: __________</w:t>
            </w:r>
          </w:p>
        </w:tc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</w:r>
          </w:p>
        </w:tc>
      </w:tr>
      <w:tr>
        <w:trPr>
          <w:trHeight w:val="420" w:hRule="atLeast"/>
        </w:trPr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  <w:t>Start Date: ____________________</w:t>
            </w:r>
          </w:p>
        </w:tc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</w:r>
          </w:p>
        </w:tc>
      </w:tr>
      <w:tr>
        <w:trPr>
          <w:trHeight w:val="650" w:hRule="atLeast"/>
        </w:trPr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  <w:t>Topic:</w:t>
            </w:r>
          </w:p>
        </w:tc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  <w:t>Content:</w:t>
            </w:r>
          </w:p>
        </w:tc>
      </w:tr>
      <w:tr>
        <w:trPr>
          <w:trHeight w:val="1100" w:hRule="atLeast"/>
        </w:trPr>
        <w:tc>
          <w:tcPr>
            <w:tcW w:type="dxa" w:w="11664"/>
            <w:gridSpan w:val="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  <w:t>Aims and objectives of the lesson:</w:t>
            </w:r>
          </w:p>
        </w:tc>
      </w:tr>
      <w:tr>
        <w:trPr>
          <w:trHeight w:val="500" w:hRule="atLeast"/>
        </w:trPr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  <w:t>Prior content knowledge:</w:t>
            </w:r>
          </w:p>
        </w:tc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  <w:t>Link with the next lesson:</w:t>
            </w:r>
          </w:p>
        </w:tc>
      </w:tr>
      <w:tr>
        <w:trPr>
          <w:trHeight w:val="500" w:hRule="atLeast"/>
        </w:trPr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  <w:t>Vocabulary/ Important words:</w:t>
            </w:r>
          </w:p>
        </w:tc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  <w:t>Teaching methods:</w:t>
            </w:r>
          </w:p>
        </w:tc>
      </w:tr>
      <w:tr>
        <w:trPr>
          <w:trHeight w:val="2200" w:hRule="atLeast"/>
        </w:trPr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  <w:tcBorders>
              <w:bottom w:val="nil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/>
                <w:sz w:val="22"/>
                <w:u w:val="single"/>
              </w:rPr>
              <w:t>Teacher activities</w:t>
            </w:r>
          </w:p>
        </w:tc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  <w:tcBorders>
              <w:bottom w:val="nil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/>
                <w:sz w:val="22"/>
                <w:u w:val="single"/>
              </w:rPr>
              <w:t>Learners activities</w:t>
            </w:r>
          </w:p>
        </w:tc>
      </w:tr>
      <w:tr>
        <w:trPr>
          <w:trHeight w:val="1700" w:hRule="atLeast"/>
        </w:trPr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  <w:tcBorders>
              <w:top w:val="nil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</w:r>
          </w:p>
        </w:tc>
        <w:tc>
          <w:tcPr>
            <w:tcW w:type="dxa" w:w="583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  <w:tcBorders>
              <w:top w:val="nil"/>
            </w:tcBorders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</w:r>
          </w:p>
        </w:tc>
      </w:tr>
      <w:tr>
        <w:trPr>
          <w:trHeight w:val="1300" w:hRule="atLeast"/>
        </w:trPr>
        <w:tc>
          <w:tcPr>
            <w:tcW w:type="dxa" w:w="11664"/>
            <w:gridSpan w:val="2"/>
            <w:tcMar>
              <w:top w:w="70" w:type="dxa"/>
              <w:start w:w="80" w:type="dxa"/>
              <w:bottom w:w="70" w:type="dxa"/>
              <w:end w:w="8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Times New Roman" w:hAnsi="Times New Roman"/>
                <w:b w:val="0"/>
                <w:sz w:val="22"/>
                <w:u w:val="none"/>
              </w:rPr>
              <w:t>Resources:</w:t>
            </w:r>
          </w:p>
        </w:tc>
      </w:tr>
    </w:tbl>
    <w:sectPr w:rsidR="00FC693F" w:rsidRPr="0006063C" w:rsidSect="00034616">
      <w:pgSz w:w="12240" w:h="15840"/>
      <w:pgMar w:top="504" w:right="648" w:bottom="504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